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53782" w14:textId="77777777" w:rsidR="004C26B5" w:rsidRDefault="008A5BF6">
      <w:pPr>
        <w:jc w:val="center"/>
      </w:pPr>
      <w:r>
        <w:rPr>
          <w:b/>
          <w:sz w:val="32"/>
        </w:rPr>
        <w:t>City of Flushing EMS Experience Survey</w:t>
      </w:r>
    </w:p>
    <w:p w14:paraId="387F4D12" w14:textId="77777777" w:rsidR="004C26B5" w:rsidRDefault="008A5BF6">
      <w:r>
        <w:t>Thank you for taking a few minutes to share your experience with the City of Flushing’s Emergency Medical Services (EMS). Your feedback helps us recognize outstanding service and identify opportunities for improvement. No personal information is required.</w:t>
      </w:r>
      <w:r>
        <w:br/>
      </w:r>
    </w:p>
    <w:p w14:paraId="06BC7306" w14:textId="77777777" w:rsidR="004C26B5" w:rsidRDefault="008A5BF6">
      <w:pPr>
        <w:pStyle w:val="Heading2"/>
      </w:pPr>
      <w:r>
        <w:t>1. About Your Experience</w:t>
      </w:r>
    </w:p>
    <w:p w14:paraId="06956B99" w14:textId="77777777" w:rsidR="004C26B5" w:rsidRDefault="008A5BF6">
      <w:r>
        <w:t>1. How recently did you receive assistance from the City of Flushing EMS?</w:t>
      </w:r>
    </w:p>
    <w:p w14:paraId="2D4D8BD3" w14:textId="77777777" w:rsidR="004C26B5" w:rsidRDefault="008A5BF6">
      <w:r>
        <w:t>☐ Within the past week    ☐ Within the past month    ☐ More than a month ago    ☐ I’m responding on behalf of someone else</w:t>
      </w:r>
    </w:p>
    <w:p w14:paraId="12F9DCD2" w14:textId="77777777" w:rsidR="004C26B5" w:rsidRDefault="008A5BF6">
      <w:r>
        <w:t>2. How did you contact EMS?</w:t>
      </w:r>
    </w:p>
    <w:p w14:paraId="16991C7D" w14:textId="77777777" w:rsidR="004C26B5" w:rsidRDefault="008A5BF6">
      <w:r>
        <w:t>☐ 911 emergency call    ☐ Transferred from another agency    ☐ Event or standby coverage    ☐ Other: __________________________</w:t>
      </w:r>
    </w:p>
    <w:p w14:paraId="0AE6A3BB" w14:textId="77777777" w:rsidR="004C26B5" w:rsidRDefault="008A5BF6">
      <w:r>
        <w:t>3. Where did the EMS response occur?</w:t>
      </w:r>
    </w:p>
    <w:p w14:paraId="4D23F8E0" w14:textId="77777777" w:rsidR="004C26B5" w:rsidRDefault="008A5BF6">
      <w:r>
        <w:t>☐ Home/residence    ☐ Workplace    ☐ Public location    ☐ Other: __________________________</w:t>
      </w:r>
    </w:p>
    <w:p w14:paraId="780F8F33" w14:textId="77777777" w:rsidR="004C26B5" w:rsidRDefault="008A5BF6">
      <w:pPr>
        <w:pStyle w:val="Heading2"/>
      </w:pPr>
      <w:r>
        <w:t>2. Quality of Care</w:t>
      </w:r>
    </w:p>
    <w:p w14:paraId="07F591F7" w14:textId="77777777" w:rsidR="004C26B5" w:rsidRDefault="008A5BF6">
      <w:r>
        <w:t>4. How would you rate the professionalism of the EMS personnel?</w:t>
      </w:r>
    </w:p>
    <w:p w14:paraId="72ED5CB6" w14:textId="77777777" w:rsidR="004C26B5" w:rsidRDefault="008A5BF6">
      <w:r>
        <w:t>☐ Excellent    ☐ Good    ☐ Fair    ☐ Poor</w:t>
      </w:r>
    </w:p>
    <w:p w14:paraId="170AA3DC" w14:textId="77777777" w:rsidR="004C26B5" w:rsidRDefault="008A5BF6">
      <w:r>
        <w:t>5. How clearly did the EMS team explain what they were doing and why?</w:t>
      </w:r>
    </w:p>
    <w:p w14:paraId="0E3CFE93" w14:textId="77777777" w:rsidR="004C26B5" w:rsidRDefault="008A5BF6">
      <w:r>
        <w:t>☐ Excellent    ☐ Good    ☐ Fair    ☐ Poor</w:t>
      </w:r>
    </w:p>
    <w:p w14:paraId="54FF0419" w14:textId="77777777" w:rsidR="004C26B5" w:rsidRDefault="008A5BF6">
      <w:r>
        <w:t>6. Did the EMS personnel treat you (or the patient) with respect and compassion?</w:t>
      </w:r>
    </w:p>
    <w:p w14:paraId="564D23D9" w14:textId="77777777" w:rsidR="004C26B5" w:rsidRDefault="008A5BF6">
      <w:r>
        <w:t>☐ Yes, definitely    ☐ Mostly    ☐ Somewhat    ☐ No</w:t>
      </w:r>
    </w:p>
    <w:p w14:paraId="686523D5" w14:textId="77777777" w:rsidR="004C26B5" w:rsidRDefault="008A5BF6">
      <w:r>
        <w:t>7. How satisfied were you with the timeliness of the EMS response?</w:t>
      </w:r>
    </w:p>
    <w:p w14:paraId="0B1C80B8" w14:textId="77777777" w:rsidR="004C26B5" w:rsidRDefault="008A5BF6">
      <w:r>
        <w:t>☐ Very satisfied    ☐ Satisfied    ☐ Neutral    ☐ Dissatisfied</w:t>
      </w:r>
    </w:p>
    <w:p w14:paraId="5F82BA41" w14:textId="77777777" w:rsidR="004C26B5" w:rsidRDefault="008A5BF6">
      <w:r>
        <w:t>8. Overall, how would you rate your experience with City of Flushing EMS?</w:t>
      </w:r>
    </w:p>
    <w:p w14:paraId="35303E49" w14:textId="77777777" w:rsidR="004C26B5" w:rsidRDefault="008A5BF6">
      <w:r>
        <w:t>☐ Excellent    ☐ Good    ☐ Fair    ☐ Poor</w:t>
      </w:r>
    </w:p>
    <w:p w14:paraId="16D234DD" w14:textId="77777777" w:rsidR="004C26B5" w:rsidRDefault="008A5BF6">
      <w:pPr>
        <w:pStyle w:val="Heading2"/>
      </w:pPr>
      <w:r>
        <w:t>3. Open Feedback</w:t>
      </w:r>
    </w:p>
    <w:p w14:paraId="1942BA8F" w14:textId="77777777" w:rsidR="004C26B5" w:rsidRDefault="008A5BF6">
      <w:r>
        <w:t>9. What did our EMS team do particularly well?</w:t>
      </w:r>
    </w:p>
    <w:p w14:paraId="2FFBC33C" w14:textId="77777777" w:rsidR="004C26B5" w:rsidRDefault="008A5BF6">
      <w:r>
        <w:t>_________________________________________________________________________________</w:t>
      </w:r>
    </w:p>
    <w:p w14:paraId="687DB2FB" w14:textId="77777777" w:rsidR="004C26B5" w:rsidRDefault="008A5BF6">
      <w:r>
        <w:lastRenderedPageBreak/>
        <w:t>_________________________________________________________________________________</w:t>
      </w:r>
    </w:p>
    <w:p w14:paraId="39482D63" w14:textId="77777777" w:rsidR="004C26B5" w:rsidRDefault="008A5BF6">
      <w:r>
        <w:t>10. What could we improve in the future?</w:t>
      </w:r>
    </w:p>
    <w:p w14:paraId="2101FF84" w14:textId="77777777" w:rsidR="004C26B5" w:rsidRDefault="008A5BF6">
      <w:r>
        <w:t>_________________________________________________________________________________</w:t>
      </w:r>
    </w:p>
    <w:p w14:paraId="64B4288B" w14:textId="77777777" w:rsidR="004C26B5" w:rsidRDefault="008A5BF6">
      <w:r>
        <w:t>_________________________________________________________________________________</w:t>
      </w:r>
    </w:p>
    <w:p w14:paraId="6E84422C" w14:textId="77777777" w:rsidR="004C26B5" w:rsidRDefault="008A5BF6">
      <w:r>
        <w:t>11. Would you like to recognize a specific paramedic or EMT?</w:t>
      </w:r>
    </w:p>
    <w:p w14:paraId="62EB7E7B" w14:textId="77777777" w:rsidR="004C26B5" w:rsidRDefault="008A5BF6">
      <w:r>
        <w:t>Name (optional): __________________________</w:t>
      </w:r>
    </w:p>
    <w:p w14:paraId="7F600F1E" w14:textId="77777777" w:rsidR="004C26B5" w:rsidRDefault="008A5BF6">
      <w:r>
        <w:t>Comments: _________________________________________________</w:t>
      </w:r>
    </w:p>
    <w:p w14:paraId="2330FB52" w14:textId="77777777" w:rsidR="004C26B5" w:rsidRDefault="008A5BF6">
      <w:pPr>
        <w:pStyle w:val="Heading2"/>
      </w:pPr>
      <w:r>
        <w:t>4. Optional Information</w:t>
      </w:r>
    </w:p>
    <w:p w14:paraId="2926315D" w14:textId="77777777" w:rsidR="004C26B5" w:rsidRDefault="008A5BF6">
      <w:r>
        <w:t>Leave blank if you wish to remain anonymous.</w:t>
      </w:r>
    </w:p>
    <w:p w14:paraId="39407595" w14:textId="77777777" w:rsidR="004C26B5" w:rsidRDefault="008A5BF6">
      <w:r>
        <w:t>Date of Service: ______________________</w:t>
      </w:r>
    </w:p>
    <w:p w14:paraId="78EBA2D4" w14:textId="77777777" w:rsidR="004C26B5" w:rsidRDefault="008A5BF6">
      <w:r>
        <w:t>Location of Incident: ______________________</w:t>
      </w:r>
    </w:p>
    <w:p w14:paraId="02D286B8" w14:textId="77777777" w:rsidR="004C26B5" w:rsidRDefault="008A5BF6">
      <w:r>
        <w:br/>
        <w:t>Thank you! Your feedback is valuable and appreciated.</w:t>
      </w:r>
    </w:p>
    <w:p w14:paraId="6187034E" w14:textId="7012FAFC" w:rsidR="004C26B5" w:rsidRDefault="008A5BF6">
      <w:r>
        <w:t>For more information about our EMS services, visit www.flushingcity.com/firedepartment</w:t>
      </w:r>
    </w:p>
    <w:sectPr w:rsidR="004C26B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8986098">
    <w:abstractNumId w:val="8"/>
  </w:num>
  <w:num w:numId="2" w16cid:durableId="841698235">
    <w:abstractNumId w:val="6"/>
  </w:num>
  <w:num w:numId="3" w16cid:durableId="98574328">
    <w:abstractNumId w:val="5"/>
  </w:num>
  <w:num w:numId="4" w16cid:durableId="1984698519">
    <w:abstractNumId w:val="4"/>
  </w:num>
  <w:num w:numId="5" w16cid:durableId="480192306">
    <w:abstractNumId w:val="7"/>
  </w:num>
  <w:num w:numId="6" w16cid:durableId="1903370465">
    <w:abstractNumId w:val="3"/>
  </w:num>
  <w:num w:numId="7" w16cid:durableId="742022487">
    <w:abstractNumId w:val="2"/>
  </w:num>
  <w:num w:numId="8" w16cid:durableId="1703245892">
    <w:abstractNumId w:val="1"/>
  </w:num>
  <w:num w:numId="9" w16cid:durableId="1586259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C26B5"/>
    <w:rsid w:val="006506C2"/>
    <w:rsid w:val="008A5BF6"/>
    <w:rsid w:val="00AA1D8D"/>
    <w:rsid w:val="00B47730"/>
    <w:rsid w:val="00CB0664"/>
    <w:rsid w:val="00E703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2801E0"/>
  <w14:defaultImageDpi w14:val="300"/>
  <w15:docId w15:val="{83FEE469-3AE7-4558-890B-BD0EEEB59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392</Words>
  <Characters>1921</Characters>
  <Application>Microsoft Office Word</Application>
  <DocSecurity>0</DocSecurity>
  <Lines>54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Michelle king</cp:lastModifiedBy>
  <cp:revision>3</cp:revision>
  <cp:lastPrinted>2025-10-30T18:17:00Z</cp:lastPrinted>
  <dcterms:created xsi:type="dcterms:W3CDTF">2025-10-29T14:43:00Z</dcterms:created>
  <dcterms:modified xsi:type="dcterms:W3CDTF">2025-10-30T18:17:00Z</dcterms:modified>
  <cp:category/>
</cp:coreProperties>
</file>